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הגדולה של האוניות - מצרים ותעלות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אוניות בוחרות לעבור במעברים ימיים 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וחסרונות של מסלולים ימיים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כיצד תעלות ומצרים משפיעים על הסחר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-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יותר מקום במכולות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- קריאה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הרבה מאוד מסלולים נפגשים ועוברים בהם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בניגוד למצר שנוצר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דרך קצרה חוסכת דלק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יתרון או חיסרון של מעבר 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(חיסרון)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יציינו שאלות כמו: כמה דלק נוסף יידרש? האם יש עונת סערות בדרך העוקפת? כמה עולה המתנה בתור? האם יש לקוחות שממתינים לסחורה בדחיפות?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 נוצר בטבע, תעלה נחפרת בידי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יתרון: קיצור דרך/חיסכון בדלק; חיסרון: תורים/מגבלת גודל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מקצרת מאוד את הדרך בין האוקיינוס האטלנטי לשקט וחוסכת שבועות הפלגה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מפת עולם ולסמן יחד את תעלת פנמה, תעלת סואץ ומצרי מלכה (אם רלוונטי)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- כל זוג מסביר את הבחירה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משימת האתגר לדיון כיתתי על קבלת החלטות כלכליות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הגדולה של האוניות - מצרים ותעלות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אוניות יכולות לכאורה לשוט בכל מקום באוקיינוס, אך היבשות עומדות בדרכן. לכן רוב האוניות בוחרות לעבור במעברים ימיים צרים - מצרים טבעיים או תעלות שנחפרו - כדי לקצר את המסלול.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תעלה  ·  מצר  ·  צומת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פני המים -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עומד בדרך של אוניות ומאריך את המסלול?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מהבאים אינו יתרון של דרך קצרה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פחות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פחות זיהום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יותר מקום במכולות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מתחת למים - קריאה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המעברים הצרים נקראים בטקסט "צמתים" של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הרבה מאוד מסלולים נפגשים ועוברים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יש בהם רמזורים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הם נמצאים באמצע האוקיינוס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תעלה היא מעבר מים שבני אדם חפרו.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דרך ימית קצרה יותר צורכת יותר דלק.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מיון: יתרון או חיסרון של מעבר 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מקצר את הדרך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חוסך דלק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מוזיל את ההובלה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חיסרון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עלול להיווצר בו 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מעבר מים צר בין שתי יבשות שנוצר בטבע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מעבר מים שבני אדם חפרו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נקודה שבה עוברות אלפי אוניות בשנה נקראת __________ של הים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חברת ספנות צריכה להחליט: לחכות שלושה ימים בתור למעבר צר, או להפליג בדרך עוקפת שמוסיפה עשרה ימים. אילו שאלות היא צריכה לשאול לפני ההחלטה?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מצר ימי לתעלה?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ליתרון ואחת לחיסרון של מעבר ימי 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המפה הגדולה של האוניות - מצרים ותעלות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