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המפה הגדולה של האוניות - מצרים ותעלות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אוניות בוחרות לעבור במעברים ימיים 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יתרונות וחסרונות של מסלולים ימיים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כיצד תעלות ומצרים משפיעים על הסחר העולמי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פני המים - שאלות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יותר מקום במכולות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האוניות מחכות או מקיפות יבשה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מצר נוצר בטבע, תעלה נחפרת בידי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מתחת למים - קריאה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הרבה מאוד מסלולים נפגשים ועוברים בהם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תור ארוך מאוד במעבר הצר והאונייה גדולה מדי לתעלה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היא קיצרה מאוד את הדרך בין האוקיינוסים וחסכה שבועות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בניגוד למצר שנוצר בטבע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דרך קצרה חוסכת דלק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אוניות ענקיות לא תמיד עוברות בתעלות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נאמר בטקסט הנוסף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להיפך - אלפי אוניות עוברות שם בשנה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יתרון או חיסרון של מעבר 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(חיסרון)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(חיסרון)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(חיסרון)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פנמה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הורן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יציינו שאלות כמו: כמה דלק נוסף יידרש? האם יש עונת סערות בדרך העוקפת? כמה עולה המתנה בתור? האם יש לקוחות שממתינים לסחורה בדחיפות?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תלמידים ידונו ביתרונות (קיצור דרך, חיסכון בדלק, פחות זיהום) מול חסרונות אפשריים (פגיעה בטבע, בבעלי חיים, בתושבים מקומיים, עלות חפירה).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 נוצר בטבע, תעלה נחפרת בידי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יתרון: קיצור דרך/חיסכון בדלק; חיסרון: תורים/מגבלת גודל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היא מקצרת מאוד את הדרך בין האוקיינוס האטלנטי לשקט וחוסכת שבועות הפלגה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מפת עולם ולסמן יחד את תעלת פנמה, תעלת סואץ ומצרי מלכה (אם רלוונטי)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- כל זוג מסביר את הבחירה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משימת האתגר לדיון כיתתי על קבלת החלטות כלכליות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המפה הגדולה של האוניות - מצרים ותעלות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אוניות יכולות לכאורה לשוט בכל מקום באוקיינוס, אך היבשות עומדות בדרכן. לכן רוב האוניות בוחרות לעבור במעברים ימיים צרים - מצרים טבעיים או תעלות שנחפרו - כדי לקצר את המסלול.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פני המים - שאלות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עומד בדרך של אוניות ומאריך את המסלול?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המגדלורים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מהבאים אינו יתרון של דרך קצרה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פחות 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פחות זיהום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פחות ימי הפלגה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יותר מקום במכולות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כשצומת ימי מאט?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האוניות טסות מעליו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הים מתרחב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האוניות מחכות או מקיפות יבשה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הסחורות נעלמות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מצר ימי לתעלה?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 נוצר בטבע, תעלה נחפרת בידי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 רק באוקיינוס, תעלה רק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תעלה יותר צרה ממצר תמיד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מתחת למים - קריאה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המעברים הצרים נקראים בטקסט "צמתים" של 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הרבה מאוד מסלולים נפגשים ועוברים בהם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בהם רמזורים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נמצאים באמצע האוקיינוס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רק אוניות קטנות עוברות בהם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יכול לגרום לחברת ספנות להעדיף מסלול עוקף ארוך?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 לראות נופים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תור ארוך מאוד במעבר הצר והאונייה גדולה מדי לתעלה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דלק זול שגורם לאונייה לשוט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הצוות מעדיף הפלגות ארוכות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שינתה תעלת פנמה במפת הסחר העולמי?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לא שינתה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קיצרה מאוד את הדרך בין האוקיינוסים וחסכה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הפכה את דרום אמריקה 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סגרה את הדרך הישנה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תעלה היא מעבר מים שבני אדם חפרו.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ימית קצרה יותר צורכת יותר דלק.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אונייה, בכל גודל, יכולה לעבור בכל תעלה.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שנפתחה תעלת פנמה, אוניות הקיפו את כל דרום אמריקה.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צומת ימי הוא מקום שאליו מגיעות מעט מאוד אוניות.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יתרון או חיסרון של מעבר 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מקצר את הדרך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חוסך דלק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חיסרון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מוזיל את ההובלה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עלול להיווצר בו 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אוניות ענקיות לא תמיד עוברות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חיסרון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צריך לשוט לאט ובזהירות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חיסרון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מעבר מים צר בין שתי יבשות שנוצר בטבע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מעבר מים שבני אדם חפרו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נקודה שבה עוברות אלפי אוניות בשנה נקראת __________ של 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תעלת __________ מחברת בין האוקיינוס האטלנטי לשקט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קצה דרום אמריקה שבו המים סוערים וקרים נקרא כף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חברת ספנות צריכה להחליט: לחכות שלושה ימים בתור למעבר צר, או להפליג בדרך עוקפת שמוסיפה עשרה ימים. אילו שאלות היא צריכה לשאול לפני ההחלטה?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כדאי לחפור עוד תעלות בעולם כדי לקצר מסלולים? מה היתרונות ומה עלול להיפגע (טבע, נוף, תושבים)?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מצר ימי לתעלה?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ליתרון ואחת לחיסרון של מעבר ימי 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תעלת פנמה חשובה לסחר העולמי?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המפה הגדולה של האוניות - מצרים ותעלות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